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נופים גלובליים – גלובליזציה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גלובליזציה ואיך היא נראית במרחב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מושגים כמו נוף גלובלי ותלות הדדית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ביטויי גלובליזציה וייחוד מקומי בסביבה הקרובה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תהליך שבו העולם נעשה מערכת אחת מחוברת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נוף שנראה דומה בערים שונות בעולם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קפה שגדל בברזיל ונשתה בישראל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הרבה מקומות מתחזקים בייחוד שלהם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הן נראות אותו הדבר בכל מקום בעולם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גלובליזציה היא בדיוק ההפך - תלות הדדית בין מקומות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הטקסט אומר שמקום הוא גם זהות, לא רק נקודה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כתוב בדוגמה על הטלפון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להפך - הנוף הגלובלי גורם לערים להיראות דומות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מותגים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ההדדית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ייחוד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בנגלדש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(תהליך של חיבור עולמי בסחר ותרבות)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(מראה דומה בערים שונות בעולם)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(עסק עם סניפים זהים במדינות רבות)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(מקומות רחוקים תלויים זה בזה)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(מאכלים, שפה ומסורות של מקום מסוים)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יש לבדוק שהתלמיד הבין שגלובליזציה היא תהליך חיבור עולמי ושנתן דוגמה רלוונטית מחייו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- בדיקה שהתלמיד זיהה נכון פרטים מתוויות ותגיע למסקנה על גלובליזציה בחייו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אישית - יש לבדוק שהתלמיד הציג שני צדדים: יתרונות כלכליים מול שמירה על אופי מקומי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בסיסית: תהליך חיבור עולמי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כמו רשת קפה, שלט חנות בינלאומית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נוף גלובלי=דומה בכל מקום, ייחוד מקומי=מיוחד למקום הזה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בבקשה מהתלמידים לרשום מותגים בינלאומיים שהם מכירים מהרחוב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לקיים דיון קצר על הדילמה בסוף השיעור ולתת לתלמידים להביע דעה מנומקת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צייד-המותגים מתאימה כעבודת בית ודורשת בדיקת תוויות מוצרים בבית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נופים גלובליים – גלובליזציה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את המושגים הקשורים לגלובליזציה ולנוף הגלובלי, ונבדוק איך תהליכים עולמיים נראים ברחוב הראשי של כל עיר.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המושג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גלובליזציה?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מסע מסביב לעולם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תהליך שבו העולם נעשה מערכת אחת מחוברת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סוג של מטבע בינלאומי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מפה של כדור הארץ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נוף גלובלי?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נוף הררי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נוף שנראה דומה בערים שונות בעולם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נוף של כפר מבודד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נוף שרואים רק מהחלל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דוגמה מהטקסט מראה תלות הדדית?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קפה שגדל בברזיל ונשתה בישראל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עץ שגדל ביער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נהר שזורם בהר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אגם קטן בכפר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לדברי הטקסט קורה לצד ההתאחדות העולמית?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 המקומות נעשים זהים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הרבה מקומות מתחזקים בייחוד שלהם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יותר שפות מקומיות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 המסורות נעלמות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רשתות בתי קפה בינלאומיות הן דוגמה לנוף גלובלי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גלובליזציה אומרת שכל מקום בעולם מבודד ולא תלוי באחרים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הטקסט, מקום בעולם גלובלי הוא רק נקודה על המפה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טלפון יכול להיות מעוצב במדינה אחת ומיוצר במדינה אחרת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הערים בעולם נראות שונות לגמרי זו מזו בגלל גלובליזציה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הנוף הגלובלי כולל שלטי חוצות באנגלית ושלטי __________ בינלאומיים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גלובליזציה היא תהליך של הפיכת העולם למערכת __________ מחוברת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התלות __________ אומרת שמקומות רחוקים תלויים זה בזה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לצד הגלובליזציה, מקומות רבים מתחזקים ב__________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החולצה בדוגמה מהטקסט נתפרה ב__________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גלובליזציה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עסק עם סניפים זהים במדינות רבות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נוף גלובלי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תהליך של חיבור עולמי בסחר ותרבות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רשת בינלאומית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מאכלים, שפה ומסורות של מקום מסוים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תלות הדדית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מראה דומה בערים שונות בעולם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ייחוד מקומי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מקומות רחוקים תלויים זה בזה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הגדירו במילים שלכם את המושג גלובליזציה ותנו דוגמה אחת מחיי היומיום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שלושה מוצרים מהבית שלכם וכתבו עבור כל אחד: מותג, ארץ ייצור וארץ מקור של החברה. מה גיליתם?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רשת המבורגרים בינלאומית רוצה לפתוח סניף במקום חנות פלאפל משפחתית ותיקה. מה דעתכם? נמקו עם טיעון אחד בעד ואחד נגד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גלובליזציה במילה אחת או משפט קצר?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לנוף גלובלי שראיתם ביישוב שלכם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נוף גלובלי לייחוד מקומי?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נופים גלובליים – גלובליזציה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