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נופים גלובליים – 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ואיך היא נראית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נוף גלובלי ותלות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ביטויי גלובליזציה וייחוד מקומי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תהליך שבו העולם נעשה מערכת אחת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נוף שנראה דומה בערים שונות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קפה שגדל בברזיל ונשתה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הרבה מקומות מתחזקים בייחוד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הן נראות אותו הדבר בכל מקום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גלובליזציה היא בדיוק ההפך - תלות הדדית בין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שמקום הוא גם זהות, לא רק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בדוגמה על הטלפון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 - הנוף הגלובלי גורם לערים להיראות דומות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מותגים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בנגלדש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(תהליך של חיבור עולמי בסחר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(מראה דומה בערים שונות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(עסק עם סניפים זהים במדינות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(מקומות רחוקים תלויים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(מאכלים, שפה ומסורות של מקום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הבין שגלובליזציה היא תהליך חיבור עולמי ושנתן דוגמה רלוונטית מחייו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בדיקה שהתלמיד זיהה נכון פרטים מתוויות ותגיע למסקנה על גלובליזציה בחייו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יש לבדוק שהתלמיד הציג שני צדדים: יתרונות כלכליים מול שמירה על אופי 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בסיסית: תהליך חיבור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רשת קפה, שלט חנות בינלאומית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נוף גלובלי=דומה בכל מקום, ייחוד מקומי=מיוחד למקום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בבקשה מהתלמידים לרשום מותגים בינלאומיים שהם מכירים מהרחוב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הדילמה בסוף השיעור ולתת לתלמידים להביע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צייד-המותגים מתאימה כעבודת בית ודורשת בדיקת תוויות מוצרים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נופים גלובליים – 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מילה חדשה: גלובליזציה. זה אומר שמקומות בעולם מחוברים אחד לשני.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הופך למערכת אחת מחוברת של סחר, תקשורת ותרבות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נוף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נוף שנראה דומה בכל מקום בעולם בגלל גלובליזציה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רשת בינלאומית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עסק שיש לו סניפים זהים במדינות 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מקומות רחוקים תלויים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ייחוד מקומי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תכונות מיוחדות של מקום כמו שפה, מאכלים ומסורות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 מקומית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התחושה שמקום מסוים שונה ומיוחד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גלובליזציה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מסביב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שבו העולם נעשה מערכת אחת מחוברת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מטבע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נוף גלובלי?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נוף הררי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נוף שנראה דומה בערים שונות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של כפר מבודד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נוף שרואים רק מהחלל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דוגמה מראה שמקומות תלויים אחד בשני?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קפה שגדל בברזיל ונשתה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שגדל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שזורם בהר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 קטן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למקומות לצד הגלובליזציה?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המקומות נעשים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מקומות מתחזקים בייחוד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יותר שפות 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המסורות נעלמות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רשתות בתי קפה בינלאומיות הן דוגמה לנוף גלובלי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אומרת שכל מקום בעולם מבודד ולא תלוי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מקום בעולם גלובלי הוא רק נקודה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טלפון יכול להיות מעוצב במדינה אחת ומיוצר במדינה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הערים בעולם נראות שונות לגמרי זו מזו בגלל 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הנוף הגלובלי כולל שלטי חוצות באנגלית ושלטי __________ בינלאומיים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גלובליזציה היא תהליך של הפיכת העולם למערכת __________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התלות __________ אומרת שמקומות רחוקים תלויים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לצד הגלובליזציה, מקומות רבים מתחזקים ב__________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החולצה בדוגמה מהטקסט נתפרה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מקומות רחוקים תלויים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נוף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עסק עם סניפים זהים במדינות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רשת בינלאומית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תהליך של חיבור עולמי בסחר ותרבות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מאכלים, שפה ומסורות של מקום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ייחוד מקומי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מראה דומה בערים שונות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הגדירו במילים שלכם את המושג גלובליזציה ותנו דוגמה אחת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שלושה מוצרים מהבית שלכם וכתבו עבור כל אחד: מותג, ארץ ייצור וארץ מקור של החברה. מה גיליתם?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רשת המבורגרים בינלאומית רוצה לפתוח סניף במקום חנות פלאפל משפחתית ותיקה. מה דעתכם? נמקו עם טיעון אחד בעד ואחד 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במילה אחת או משפט 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לנוף גלובלי שראיתם ביישוב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נוף גלובלי לייחוד מקומי?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נופים גלובליים – 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